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LIC-2026-08-003</w:t>
      </w:r>
    </w:p>
    <w:p>
      <w:pPr>
        <w:pStyle w:val="Heading2"/>
      </w:pPr>
      <w:r>
        <w:t>1. Alcance del servicio</w:t>
      </w:r>
    </w:p>
    <w:p>
      <w:r>
        <w:t>Análisis de laboratorio especializados: difracción de rayos X (DRX), microscopía electrónica (ME) con EDS, y análisis fisicoquímicos de muestras de crudo y agua</w:t>
      </w:r>
    </w:p>
    <w:p>
      <w:r>
        <w:t>Métodos: Difracción de rayos X (DRX), Microscopía electrónica con EDS, Análisis fisicoquímicos. Metodología estándar según certificación INCAL</w:t>
      </w:r>
    </w:p>
    <w:p>
      <w:r>
        <w:t>Analitos: Muestras semisólidas/sólidas obtenidas de gasoductos de industria petrolera, muestras de crudo y agua</w:t>
      </w:r>
    </w:p>
    <w:p>
      <w:r>
        <w:t>TAT (tiempo de atención): 15-20 días</w:t>
      </w:r>
    </w:p>
    <w:p>
      <w:r>
        <w:t>Frecuencia: 1 a 4 análisis anuales    Duración: 3 años</w:t>
      </w:r>
    </w:p>
    <w:p>
      <w:pPr>
        <w:pStyle w:val="Heading2"/>
      </w:pPr>
      <w:r>
        <w:t>2. Logística y condiciones especiales</w:t>
      </w:r>
    </w:p>
    <w:p>
      <w:r>
        <w:t>Origen: Gasoductos de industria petrolera    Destino: Instalaciones del proveedor/laboratorio adjudicado en Perú</w:t>
      </w:r>
    </w:p>
    <w:p>
      <w:r>
        <w:t>Laboratorio debe estar certificado por INCAL (National Quality Institute, Peru). Experiencia mínima: más de 3 años de funcionamiento con licencias locales, ISO y OSHA. Idioma del reporte: español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